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Book Cover Design Brief Template</w:t>
      </w:r>
    </w:p>
    <w:p>
      <w:r>
        <w:rPr>
          <w:color w:val="475569"/>
          <w:sz w:val="18"/>
        </w:rPr>
        <w:t>Pixels Mark</w:t>
      </w:r>
    </w:p>
    <w:p>
      <w:r>
        <w:t>Fill in your answers below. Keep the supplied prompts where helpful. Mark anything unknown as “To confirm” and note who will confirm it. Save a copy before sending it to your designer.</w:t>
      </w:r>
    </w:p>
    <w:p>
      <w:pPr>
        <w:pStyle w:val="Heading1"/>
      </w:pPr>
      <w:r>
        <w:t>Book details</w:t>
      </w:r>
    </w:p>
    <w:p>
      <w:pPr>
        <w:keepNext/>
        <w:spacing w:before="160"/>
      </w:pPr>
      <w:r>
        <w:rPr>
          <w:b/>
        </w:rPr>
        <w:t>Title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pPr>
        <w:keepNext/>
        <w:spacing w:before="160"/>
      </w:pPr>
      <w:r>
        <w:rPr>
          <w:b/>
        </w:rPr>
        <w:t>Subtitle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pPr>
        <w:keepNext/>
        <w:spacing w:before="160"/>
      </w:pPr>
      <w:r>
        <w:rPr>
          <w:b/>
        </w:rPr>
        <w:t>Author name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pPr>
        <w:keepNext/>
        <w:spacing w:before="160"/>
      </w:pPr>
      <w:r>
        <w:rPr>
          <w:b/>
        </w:rPr>
        <w:t>Series (if any)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pPr>
        <w:keepNext/>
        <w:spacing w:before="160"/>
      </w:pPr>
      <w:r>
        <w:rPr>
          <w:b/>
        </w:rPr>
        <w:t>Cover text status</w:t>
      </w:r>
    </w:p>
    <w:p>
      <w:pPr>
        <w:keepNext/>
      </w:pPr>
      <w:r>
        <w:rPr>
          <w:color w:val="475569"/>
          <w:sz w:val="18"/>
        </w:rPr>
        <w:t>Approved / Approved with possible changes to [field] / To confirm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pPr>
        <w:keepNext/>
        <w:spacing w:before="160"/>
      </w:pPr>
      <w:r>
        <w:rPr>
          <w:b/>
        </w:rPr>
        <w:t>Genre / subgenre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pPr>
        <w:keepNext/>
        <w:spacing w:before="160"/>
      </w:pPr>
      <w:r>
        <w:rPr>
          <w:b/>
        </w:rPr>
        <w:t>Reader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pPr>
        <w:keepNext/>
        <w:spacing w:before="160"/>
      </w:pPr>
      <w:r>
        <w:rPr>
          <w:b/>
        </w:rPr>
        <w:t>Book summary (2 to 3 sentences)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r>
        <w:br w:type="page"/>
      </w:r>
    </w:p>
    <w:p>
      <w:pPr>
        <w:pStyle w:val="Heading1"/>
      </w:pPr>
      <w:r>
        <w:t>Design and production</w:t>
      </w:r>
    </w:p>
    <w:p>
      <w:pPr>
        <w:keepNext/>
        <w:spacing w:before="160"/>
      </w:pPr>
      <w:r>
        <w:rPr>
          <w:b/>
        </w:rPr>
        <w:t>What the cover must communicate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pPr>
        <w:keepNext/>
        <w:spacing w:before="160"/>
      </w:pPr>
      <w:r>
        <w:rPr>
          <w:b/>
        </w:rPr>
        <w:t>Mandatory elements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pPr>
        <w:keepNext/>
        <w:spacing w:before="160"/>
      </w:pPr>
      <w:r>
        <w:rPr>
          <w:b/>
        </w:rPr>
        <w:t>Visual preferences (optional)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pPr>
        <w:keepNext/>
        <w:spacing w:before="160"/>
      </w:pPr>
      <w:r>
        <w:rPr>
          <w:b/>
        </w:rPr>
        <w:t>Reference 1: title, author, publisher, year, specific feature, boundary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pPr>
        <w:keepNext/>
        <w:spacing w:before="160"/>
      </w:pPr>
      <w:r>
        <w:rPr>
          <w:b/>
        </w:rPr>
        <w:t>Reference 2: title, author, publisher, year, specific feature, boundary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pPr>
        <w:keepNext/>
        <w:spacing w:before="160"/>
      </w:pPr>
      <w:r>
        <w:rPr>
          <w:b/>
        </w:rPr>
        <w:t>Reference 3 (optional)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pPr>
        <w:keepNext/>
        <w:spacing w:before="160"/>
      </w:pPr>
      <w:r>
        <w:rPr>
          <w:b/>
        </w:rPr>
        <w:t>Format: ebook</w:t>
      </w:r>
    </w:p>
    <w:p>
      <w:pPr>
        <w:keepNext/>
      </w:pPr>
      <w:r>
        <w:rPr>
          <w:color w:val="475569"/>
          <w:sz w:val="18"/>
        </w:rPr>
        <w:t>Platform: | Dimensions: (check current platform requirements)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pPr>
        <w:keepNext/>
        <w:spacing w:before="160"/>
      </w:pPr>
      <w:r>
        <w:rPr>
          <w:b/>
        </w:rPr>
        <w:t>Format: paperback / hardcover</w:t>
      </w:r>
    </w:p>
    <w:p>
      <w:pPr>
        <w:keepNext/>
      </w:pPr>
      <w:r>
        <w:rPr>
          <w:color w:val="475569"/>
          <w:sz w:val="18"/>
        </w:rPr>
        <w:t>Trim: | Binding: | Paper / interior: | Page count: | Spine: (to calculate) | Platform: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r>
        <w:br w:type="page"/>
      </w:r>
    </w:p>
    <w:p>
      <w:pPr>
        <w:pStyle w:val="Heading1"/>
      </w:pPr>
      <w:r>
        <w:t>Project arrangements</w:t>
      </w:r>
    </w:p>
    <w:p>
      <w:pPr>
        <w:keepNext/>
        <w:spacing w:before="160"/>
      </w:pPr>
      <w:r>
        <w:rPr>
          <w:b/>
        </w:rPr>
        <w:t>Back cover copy</w:t>
      </w:r>
    </w:p>
    <w:p>
      <w:pPr>
        <w:keepNext/>
      </w:pPr>
      <w:r>
        <w:rPr>
          <w:color w:val="475569"/>
          <w:sz w:val="18"/>
        </w:rPr>
        <w:t>Ready / Draft / To supply by [date]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pPr>
        <w:keepNext/>
        <w:spacing w:before="160"/>
      </w:pPr>
      <w:r>
        <w:rPr>
          <w:b/>
        </w:rPr>
        <w:t>Budget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pPr>
        <w:keepNext/>
        <w:spacing w:before="160"/>
      </w:pPr>
      <w:r>
        <w:rPr>
          <w:b/>
        </w:rPr>
        <w:t>Timeline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pPr>
        <w:keepNext/>
        <w:spacing w:before="160"/>
      </w:pPr>
      <w:r>
        <w:rPr>
          <w:b/>
        </w:rPr>
        <w:t>Concepts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pPr>
        <w:keepNext/>
        <w:spacing w:before="160"/>
      </w:pPr>
      <w:r>
        <w:rPr>
          <w:b/>
        </w:rPr>
        <w:t>Revision rounds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pPr>
        <w:keepNext/>
        <w:spacing w:before="160"/>
      </w:pPr>
      <w:r>
        <w:rPr>
          <w:b/>
        </w:rPr>
        <w:t>Editable source files</w:t>
      </w:r>
    </w:p>
    <w:p>
      <w:pPr>
        <w:keepNext/>
      </w:pPr>
      <w:r>
        <w:rPr>
          <w:color w:val="475569"/>
          <w:sz w:val="18"/>
        </w:rPr>
        <w:t>Required / Not required / To clarify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pPr>
        <w:keepNext/>
        <w:spacing w:before="160"/>
      </w:pPr>
      <w:r>
        <w:rPr>
          <w:b/>
        </w:rPr>
        <w:t>Stock and font licences</w:t>
      </w:r>
    </w:p>
    <w:p>
      <w:pPr>
        <w:keepNext/>
      </w:pPr>
      <w:r>
        <w:rPr>
          <w:color w:val="475569"/>
          <w:sz w:val="18"/>
        </w:rPr>
        <w:t>To confirm with designer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pPr>
        <w:keepNext/>
        <w:spacing w:before="160"/>
      </w:pPr>
      <w:r>
        <w:rPr>
          <w:b/>
        </w:rPr>
        <w:t>Production check responsibility</w:t>
      </w:r>
    </w:p>
    <w:p>
      <w:pPr>
        <w:spacing w:after="220"/>
      </w:pPr>
      <w:r>
        <w:t xml:space="preserve">Answer: </w:t>
      </w:r>
    </w:p>
    <w:p>
      <w:pPr>
        <w:spacing w:after="100"/>
      </w:pPr>
    </w:p>
    <w:p>
      <w:r>
        <w:t xml:space="preserve">Discuss your project: </w:t>
      </w:r>
      <w:hyperlink r:id="rId9">
        <w:r>
          <w:rPr>
            <w:color w:val="1D4ED8"/>
          </w:rPr>
          <w:t>Pixels Mark Book Cover Design</w:t>
        </w:r>
      </w:hyperlink>
    </w:p>
    <w:sectPr w:rsidR="00FC693F" w:rsidRPr="0006063C" w:rsidSect="00034616">
      <w:pgSz w:w="11909" w:h="16834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pixelsmark.com/book-cover-desig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Cover Design Brief Template</dc:title>
  <dc:subject/>
  <dc:creator>Pixels Mark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